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2EEDB" w14:textId="77777777" w:rsidR="002C0762" w:rsidRDefault="00D07704" w:rsidP="00CE3737">
      <w:pPr>
        <w:jc w:val="right"/>
      </w:pPr>
      <w:r>
        <w:rPr>
          <w:b/>
        </w:rPr>
        <w:t>Al Sindaco</w:t>
      </w:r>
      <w:r>
        <w:rPr>
          <w:b/>
        </w:rPr>
        <w:br/>
        <w:t>del Comune di Caivano</w:t>
      </w:r>
    </w:p>
    <w:p w14:paraId="7812340D" w14:textId="77777777" w:rsidR="002C0762" w:rsidRDefault="00D07704">
      <w:r>
        <w:rPr>
          <w:b/>
        </w:rPr>
        <w:t>Richiesta di iscrizione nell’albo unico delle persone idonee all’ufficio di scrutatore di seggio elettorale</w:t>
      </w:r>
    </w:p>
    <w:p w14:paraId="6D63D786" w14:textId="38C3D557" w:rsidR="002C0762" w:rsidRDefault="00D07704">
      <w:r>
        <w:t>Il/La sottoscritto/a _______________________________________________________</w:t>
      </w:r>
      <w:r w:rsidR="00CE3737">
        <w:t>______________</w:t>
      </w:r>
    </w:p>
    <w:p w14:paraId="2A5012D0" w14:textId="37034036" w:rsidR="002C0762" w:rsidRDefault="00D07704">
      <w:r>
        <w:t>nato/a a __________________________________ (____) il _____________________</w:t>
      </w:r>
      <w:r w:rsidR="00CE3737">
        <w:t>_______________</w:t>
      </w:r>
    </w:p>
    <w:p w14:paraId="5CEE7506" w14:textId="1C1202F5" w:rsidR="002C0762" w:rsidRDefault="00D07704">
      <w:r>
        <w:t>residente a _______________________ in via _________________________</w:t>
      </w:r>
      <w:r w:rsidR="00CE3737">
        <w:t>_______________</w:t>
      </w:r>
      <w:r>
        <w:t>n. _____</w:t>
      </w:r>
    </w:p>
    <w:p w14:paraId="430C619D" w14:textId="575DB943" w:rsidR="002C0762" w:rsidRDefault="00D07704">
      <w:proofErr w:type="spellStart"/>
      <w:r>
        <w:t>telefono</w:t>
      </w:r>
      <w:proofErr w:type="spellEnd"/>
      <w:r>
        <w:t>/</w:t>
      </w:r>
      <w:proofErr w:type="spellStart"/>
      <w:r>
        <w:t>cellulare</w:t>
      </w:r>
      <w:proofErr w:type="spellEnd"/>
      <w:r>
        <w:t xml:space="preserve"> __________________</w:t>
      </w:r>
      <w:r w:rsidR="00CE3737">
        <w:t>___</w:t>
      </w:r>
      <w:r>
        <w:t>e-mail _________________________________</w:t>
      </w:r>
      <w:r w:rsidR="00CE3737">
        <w:t>_____________</w:t>
      </w:r>
    </w:p>
    <w:p w14:paraId="4D09963B" w14:textId="77777777" w:rsidR="002C0762" w:rsidRDefault="00D07704">
      <w:pPr>
        <w:jc w:val="center"/>
      </w:pPr>
      <w:r>
        <w:rPr>
          <w:b/>
        </w:rPr>
        <w:t>CHIEDE</w:t>
      </w:r>
    </w:p>
    <w:p w14:paraId="03D5393E" w14:textId="77777777" w:rsidR="002C0762" w:rsidRDefault="00D07704">
      <w:r>
        <w:t>di essere iscritto/a nell’albo unico delle persone idonee all’ufficio di scrutatore di seggio elettorale, in quanto disponibile a svolgere tali funzioni, ai sensi della legge 8 marzo 1989, n. 95, come modificata dalla legge 30 aprile 1999, n. 120.</w:t>
      </w:r>
    </w:p>
    <w:p w14:paraId="2601B0E7" w14:textId="77777777" w:rsidR="002C0762" w:rsidRDefault="00D07704">
      <w:r>
        <w:t>A tal fine, consapevole delle responsabilità e delle sanzioni penali previste dall’art. 76 del D.P.R. 28 dicembre 2000, n. 445, per le dichiarazioni mendaci e le false attestazioni,</w:t>
      </w:r>
    </w:p>
    <w:p w14:paraId="29EC5C4B" w14:textId="77777777" w:rsidR="002C0762" w:rsidRDefault="00D07704">
      <w:pPr>
        <w:jc w:val="center"/>
      </w:pPr>
      <w:r>
        <w:rPr>
          <w:b/>
        </w:rPr>
        <w:t>DICHIARA</w:t>
      </w:r>
    </w:p>
    <w:p w14:paraId="6B9D82EF" w14:textId="77777777" w:rsidR="002C0762" w:rsidRDefault="00D07704">
      <w:r>
        <w:t>a) di essere iscritto/a nelle liste elettorali del Comune di Caivano;</w:t>
      </w:r>
    </w:p>
    <w:p w14:paraId="14B4F4ED" w14:textId="7820702D" w:rsidR="002C0762" w:rsidRDefault="00D07704">
      <w:r>
        <w:t>b) di avere assolto gli obblighi scolastici e di essere in possesso del seguente titolo di studio: __________________________________________________________</w:t>
      </w:r>
      <w:r w:rsidR="00CE3737">
        <w:t>________________________</w:t>
      </w:r>
      <w:r>
        <w:t>;</w:t>
      </w:r>
    </w:p>
    <w:p w14:paraId="7D24E35D" w14:textId="35D70AEA" w:rsidR="002C0762" w:rsidRDefault="00D07704">
      <w:r>
        <w:t xml:space="preserve">c) di esercitare la seguente professione, </w:t>
      </w:r>
      <w:proofErr w:type="spellStart"/>
      <w:r>
        <w:t>arte</w:t>
      </w:r>
      <w:proofErr w:type="spellEnd"/>
      <w:r>
        <w:t xml:space="preserve"> o </w:t>
      </w:r>
      <w:proofErr w:type="spellStart"/>
      <w:r>
        <w:t>mestiere</w:t>
      </w:r>
      <w:proofErr w:type="spellEnd"/>
      <w:r>
        <w:t>: __________________________</w:t>
      </w:r>
      <w:r w:rsidR="00CE3737">
        <w:t>___________</w:t>
      </w:r>
      <w:r>
        <w:t>;</w:t>
      </w:r>
    </w:p>
    <w:p w14:paraId="0B335AA1" w14:textId="77777777" w:rsidR="002C0762" w:rsidRDefault="00D07704">
      <w:r>
        <w:t>d) di non trovarsi in alcuna delle condizioni di esclusione previste dall’art. 23 del D.P.R. 16 maggio 1960, n. 570, e dall’art. 38 del D.P.R. 30 marzo 1957, n. 361 (1);</w:t>
      </w:r>
    </w:p>
    <w:p w14:paraId="4C287F12" w14:textId="77777777" w:rsidR="002C0762" w:rsidRDefault="00D07704">
      <w:r>
        <w:t>e) di essere informato/a che i dati personali raccolti saranno trattati, anche con strumenti informatici, esclusivamente nell’ambito del procedimento per il quale sono richiesti, nel rispetto del Regolamento (UE) 2016/679 e del D.Lgs. 196/2003 e successive modificazioni.</w:t>
      </w:r>
    </w:p>
    <w:p w14:paraId="489FB24D" w14:textId="77777777" w:rsidR="002C0762" w:rsidRDefault="00D07704">
      <w:r>
        <w:t>Caivano, __________________</w:t>
      </w:r>
    </w:p>
    <w:p w14:paraId="318808DE" w14:textId="77777777" w:rsidR="002C0762" w:rsidRDefault="00D07704">
      <w:pPr>
        <w:jc w:val="right"/>
      </w:pPr>
      <w:r>
        <w:t>Il/La richiedente</w:t>
      </w:r>
      <w:r>
        <w:br/>
        <w:t>________________________________</w:t>
      </w:r>
    </w:p>
    <w:p w14:paraId="4AC8FEC5" w14:textId="77777777" w:rsidR="002C0762" w:rsidRDefault="00D07704">
      <w:r>
        <w:rPr>
          <w:b/>
        </w:rPr>
        <w:t>(1) Sono esclusi dalle funzioni di scrutatore di ufficio elettorale di sezione:</w:t>
      </w:r>
    </w:p>
    <w:p w14:paraId="1BE2A868" w14:textId="77777777" w:rsidR="002C0762" w:rsidRDefault="00D07704">
      <w:pPr>
        <w:spacing w:after="40"/>
      </w:pPr>
      <w:r>
        <w:rPr>
          <w:sz w:val="18"/>
        </w:rPr>
        <w:t>• i dipendenti dei Ministeri dell’Interno, delle Poste e Telecomunicazioni e dei Trasporti;</w:t>
      </w:r>
    </w:p>
    <w:p w14:paraId="61635347" w14:textId="77777777" w:rsidR="002C0762" w:rsidRDefault="00D07704">
      <w:pPr>
        <w:spacing w:after="40"/>
      </w:pPr>
      <w:r>
        <w:rPr>
          <w:sz w:val="18"/>
        </w:rPr>
        <w:t>• gli appartenenti alle Forze armate in servizio;</w:t>
      </w:r>
    </w:p>
    <w:p w14:paraId="3A7EBF28" w14:textId="77777777" w:rsidR="002C0762" w:rsidRDefault="00D07704">
      <w:pPr>
        <w:spacing w:after="40"/>
      </w:pPr>
      <w:r>
        <w:rPr>
          <w:sz w:val="18"/>
        </w:rPr>
        <w:t>• i medici provinciali, gli ufficiali sanitari e i medici condotti;</w:t>
      </w:r>
    </w:p>
    <w:p w14:paraId="2B783EBE" w14:textId="77777777" w:rsidR="002C0762" w:rsidRDefault="00D07704">
      <w:pPr>
        <w:spacing w:after="40"/>
      </w:pPr>
      <w:r>
        <w:rPr>
          <w:sz w:val="18"/>
        </w:rPr>
        <w:t>• i segretari comunali e i dipendenti dei Comuni addetti o comandati a prestare servizio presso gli uffici elettorali comunali;</w:t>
      </w:r>
    </w:p>
    <w:p w14:paraId="3F0BD75D" w14:textId="77777777" w:rsidR="002C0762" w:rsidRDefault="00D07704">
      <w:pPr>
        <w:spacing w:after="40"/>
      </w:pPr>
      <w:r>
        <w:rPr>
          <w:sz w:val="18"/>
        </w:rPr>
        <w:t>• i candidati alle elezioni per le quali si svolge la votazione.</w:t>
      </w:r>
    </w:p>
    <w:p w14:paraId="4451EA8B" w14:textId="77777777" w:rsidR="002C0762" w:rsidRDefault="00D07704">
      <w:r>
        <w:rPr>
          <w:b/>
        </w:rPr>
        <w:t>Allegato: copia di un documento di riconoscimento.</w:t>
      </w:r>
    </w:p>
    <w:sectPr w:rsidR="002C0762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2822072">
    <w:abstractNumId w:val="8"/>
  </w:num>
  <w:num w:numId="2" w16cid:durableId="468280870">
    <w:abstractNumId w:val="6"/>
  </w:num>
  <w:num w:numId="3" w16cid:durableId="1548450069">
    <w:abstractNumId w:val="5"/>
  </w:num>
  <w:num w:numId="4" w16cid:durableId="2002081732">
    <w:abstractNumId w:val="4"/>
  </w:num>
  <w:num w:numId="5" w16cid:durableId="1952122517">
    <w:abstractNumId w:val="7"/>
  </w:num>
  <w:num w:numId="6" w16cid:durableId="612370264">
    <w:abstractNumId w:val="3"/>
  </w:num>
  <w:num w:numId="7" w16cid:durableId="1103458112">
    <w:abstractNumId w:val="2"/>
  </w:num>
  <w:num w:numId="8" w16cid:durableId="1997949828">
    <w:abstractNumId w:val="1"/>
  </w:num>
  <w:num w:numId="9" w16cid:durableId="1611281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0762"/>
    <w:rsid w:val="00326F90"/>
    <w:rsid w:val="00436055"/>
    <w:rsid w:val="00AA1D8D"/>
    <w:rsid w:val="00B47730"/>
    <w:rsid w:val="00CB0664"/>
    <w:rsid w:val="00CE3737"/>
    <w:rsid w:val="00D077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1BA813"/>
  <w14:defaultImageDpi w14:val="300"/>
  <w15:docId w15:val="{3A22F04A-D234-4B11-B50D-025FCF87F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Mauro Pagnano</cp:lastModifiedBy>
  <cp:revision>2</cp:revision>
  <dcterms:created xsi:type="dcterms:W3CDTF">2026-11-02T11:29:00Z</dcterms:created>
  <dcterms:modified xsi:type="dcterms:W3CDTF">2026-11-02T11:29:00Z</dcterms:modified>
  <cp:category/>
</cp:coreProperties>
</file>