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BE0" w:rsidRPr="004E2F15" w:rsidRDefault="00475325">
      <w:pPr>
        <w:pStyle w:val="Titolo"/>
        <w:jc w:val="center"/>
        <w:rPr>
          <w:color w:val="auto"/>
          <w:lang w:val="it-IT"/>
        </w:rPr>
      </w:pPr>
      <w:r w:rsidRPr="004E2F15">
        <w:rPr>
          <w:color w:val="auto"/>
          <w:lang w:val="it-IT"/>
        </w:rPr>
        <w:t>ALLEGATO A</w:t>
      </w:r>
    </w:p>
    <w:p w:rsidR="00652BE0" w:rsidRPr="004E2F15" w:rsidRDefault="00475325">
      <w:pPr>
        <w:jc w:val="center"/>
        <w:rPr>
          <w:lang w:val="it-IT"/>
        </w:rPr>
      </w:pPr>
      <w:r w:rsidRPr="004E2F15">
        <w:rPr>
          <w:lang w:val="it-IT"/>
        </w:rPr>
        <w:t>DOMANDA DI PARTECIPAZIONE E DICHIARAZIONI SOSTITUTIVE</w:t>
      </w:r>
    </w:p>
    <w:p w:rsidR="00652BE0" w:rsidRPr="004E2F15" w:rsidRDefault="00475325" w:rsidP="004E2F15">
      <w:pPr>
        <w:jc w:val="right"/>
        <w:rPr>
          <w:b/>
          <w:i/>
          <w:lang w:val="it-IT"/>
        </w:rPr>
      </w:pPr>
      <w:r w:rsidRPr="004E2F15">
        <w:rPr>
          <w:b/>
          <w:i/>
          <w:lang w:val="it-IT"/>
        </w:rPr>
        <w:t>Al Comune di Caivano – 7° Settore</w:t>
      </w:r>
      <w:r w:rsidRPr="004E2F15">
        <w:rPr>
          <w:b/>
          <w:i/>
          <w:lang w:val="it-IT"/>
        </w:rPr>
        <w:br/>
        <w:t xml:space="preserve">PEC: </w:t>
      </w:r>
      <w:r w:rsidRPr="004E2F15">
        <w:rPr>
          <w:b/>
          <w:i/>
          <w:lang w:val="it-IT"/>
        </w:rPr>
        <w:t>protocollo.caivano@asmepec.it</w:t>
      </w:r>
    </w:p>
    <w:p w:rsidR="00652BE0" w:rsidRPr="004E2F15" w:rsidRDefault="00475325">
      <w:pPr>
        <w:rPr>
          <w:lang w:val="it-IT"/>
        </w:rPr>
      </w:pPr>
      <w:r w:rsidRPr="004E2F15">
        <w:rPr>
          <w:b/>
          <w:lang w:val="it-IT"/>
        </w:rPr>
        <w:t>Oggetto: Candidatura alla procedura di co-progettazione ex art. 55, comma 3, D.Lgs. 117/2017 – contrasto alla povertà educativa minorile.</w:t>
      </w:r>
    </w:p>
    <w:p w:rsidR="00652BE0" w:rsidRPr="004E2F15" w:rsidRDefault="00475325" w:rsidP="004E2F15">
      <w:pPr>
        <w:jc w:val="both"/>
        <w:rPr>
          <w:lang w:val="it-IT"/>
        </w:rPr>
      </w:pPr>
      <w:r w:rsidRPr="004E2F15">
        <w:rPr>
          <w:lang w:val="it-IT"/>
        </w:rPr>
        <w:t>Il/La sottoscritto/a __________________________________________ nato/a a _______________</w:t>
      </w:r>
      <w:r w:rsidRPr="004E2F15">
        <w:rPr>
          <w:lang w:val="it-IT"/>
        </w:rPr>
        <w:t>___ il __________, C.F. __________________________, in qualità di legale rappresentante di __________________________________________, con sede legale in __________________________, via __________________________ n. _____, C.F. ______________________, P. I</w:t>
      </w:r>
      <w:r w:rsidRPr="004E2F15">
        <w:rPr>
          <w:lang w:val="it-IT"/>
        </w:rPr>
        <w:t>VA (se presente) __________________, PEC __________________________, telefono __________________________,</w:t>
      </w:r>
    </w:p>
    <w:p w:rsidR="00652BE0" w:rsidRPr="004E2F15" w:rsidRDefault="00475325" w:rsidP="004E2F15">
      <w:pPr>
        <w:pStyle w:val="Titolo2"/>
        <w:jc w:val="center"/>
        <w:rPr>
          <w:color w:val="auto"/>
          <w:lang w:val="it-IT"/>
        </w:rPr>
      </w:pPr>
      <w:r w:rsidRPr="004E2F15">
        <w:rPr>
          <w:color w:val="auto"/>
          <w:lang w:val="it-IT"/>
        </w:rPr>
        <w:t>CHIEDE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di partecipare alla procedura indicata in oggetto nella seguente forma (barrare):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☐</w:t>
      </w:r>
      <w:r w:rsidRPr="004E2F15">
        <w:rPr>
          <w:lang w:val="it-IT"/>
        </w:rPr>
        <w:t xml:space="preserve"> ETS singolo   ☐ Raggruppamento già costituito   ☐ Raggruppa</w:t>
      </w:r>
      <w:r w:rsidRPr="004E2F15">
        <w:rPr>
          <w:lang w:val="it-IT"/>
        </w:rPr>
        <w:t>mento da costituire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In caso di raggruppamento: capofila ______________________________; altri componenti ________________________________________________. Si allega la dichiarazione congiunta di cui all’art. 12, lettera D), dell’avviso. Ciascun ETS compone</w:t>
      </w:r>
      <w:r w:rsidRPr="004E2F15">
        <w:rPr>
          <w:lang w:val="it-IT"/>
        </w:rPr>
        <w:t>nte presenta e sottoscrive le proprie dichiarazioni sui requisiti.</w:t>
      </w:r>
    </w:p>
    <w:p w:rsidR="00652BE0" w:rsidRPr="004E2F15" w:rsidRDefault="00475325" w:rsidP="004E2F15">
      <w:pPr>
        <w:pStyle w:val="Titolo2"/>
        <w:jc w:val="center"/>
        <w:rPr>
          <w:color w:val="auto"/>
          <w:lang w:val="it-IT"/>
        </w:rPr>
      </w:pPr>
      <w:r w:rsidRPr="004E2F15">
        <w:rPr>
          <w:color w:val="auto"/>
          <w:lang w:val="it-IT"/>
        </w:rPr>
        <w:t>DICHIARA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Ai sensi degli artt. 46 e 47 del D.P.R. 445/2000, consapevole delle responsabilità penali previste dall’art. 76 e della decadenza dai benefici ai sensi dell’art. 75 del medesimo de</w:t>
      </w:r>
      <w:r w:rsidRPr="004E2F15">
        <w:rPr>
          <w:lang w:val="it-IT"/>
        </w:rPr>
        <w:t>creto in caso di dichiarazioni mendaci: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1. di essere Ente del Terzo Settore ai sensi dell’art. 4 del D.Lgs. 117/2017, con iscrizione al RUNTS: sezione ____________________, numero/repertorio ____________________, data __________; oppure, per impresa social</w:t>
      </w:r>
      <w:r w:rsidRPr="004E2F15">
        <w:rPr>
          <w:lang w:val="it-IT"/>
        </w:rPr>
        <w:t>e, iscrizione nella sezione speciale del Registro delle imprese: CCIAA __________, n. __________; indicare eventuale specifica situazione giuridica consentita dalla disciplina vigente: ____________________;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2. che le finalità statutarie e le attività di in</w:t>
      </w:r>
      <w:r w:rsidRPr="004E2F15">
        <w:rPr>
          <w:lang w:val="it-IT"/>
        </w:rPr>
        <w:t>teresse generale dell’ente sono coerenti con l’oggetto dell’avviso, con particolare riferimento a __________________________________________;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3. che l’ente è giuridicamente in grado di assumere gli obblighi del partenariato e non è soggetto a impedimenti g</w:t>
      </w:r>
      <w:r w:rsidRPr="004E2F15">
        <w:rPr>
          <w:lang w:val="it-IT"/>
        </w:rPr>
        <w:t>iuridici alla stipula della convenzione;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4. che non sussistono situazioni di conflitto di interessi, anche potenziale, non risolte, rilevanti rispetto alla procedura; oppure di segnalare le seguenti circostanze e misure adottate: __________________________</w:t>
      </w:r>
      <w:r w:rsidRPr="004E2F15">
        <w:rPr>
          <w:lang w:val="it-IT"/>
        </w:rPr>
        <w:t>________________;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5. di aver preso visione integrale dell’avviso e di accettarne le condizioni, compresa la natura collaborativa e non cont</w:t>
      </w:r>
      <w:bookmarkStart w:id="0" w:name="_GoBack"/>
      <w:bookmarkEnd w:id="0"/>
      <w:r w:rsidRPr="004E2F15">
        <w:rPr>
          <w:lang w:val="it-IT"/>
        </w:rPr>
        <w:t>rattuale del procedimento e l’assenza di diritto automatico alla stipula della convenzione;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6. di impegnarsi, in caso</w:t>
      </w:r>
      <w:r w:rsidRPr="004E2F15">
        <w:rPr>
          <w:lang w:val="it-IT"/>
        </w:rPr>
        <w:t xml:space="preserve"> di selezione, a partecipare al tavolo di co-progettazione e a documentare, prima dell’avvio delle attività, gli adempimenti relativi a personale, volontari, sicurezza, assicurazioni, protezione dei minori e verifiche previste dal D.Lgs. 39/2014, ove appli</w:t>
      </w:r>
      <w:r w:rsidRPr="004E2F15">
        <w:rPr>
          <w:lang w:val="it-IT"/>
        </w:rPr>
        <w:t>cabili;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lastRenderedPageBreak/>
        <w:t>7. di impegnarsi a rispettare la normativa sulla protezione dei dati personali, gli obblighi di riservatezza e le misure di tutela dei minori previste dall’avviso e dalla futura convenzione;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8. di autorizzare l’utilizzo della PEC indicata per le co</w:t>
      </w:r>
      <w:r w:rsidRPr="004E2F15">
        <w:rPr>
          <w:lang w:val="it-IT"/>
        </w:rPr>
        <w:t>municazioni inerenti al procedimento, prendendo atto dell’informativa sul trattamento dei dati personali (senza che la presente dichiarazione costituisca consenso quale base giuridica del trattamento amministrativo);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9. di essere consapevole che l’Amminist</w:t>
      </w:r>
      <w:r w:rsidRPr="004E2F15">
        <w:rPr>
          <w:lang w:val="it-IT"/>
        </w:rPr>
        <w:t>razione potrà verificare le dichiarazioni rese e richiedere la documentazione comprovante i requisiti dichiarati.</w:t>
      </w:r>
    </w:p>
    <w:p w:rsidR="00652BE0" w:rsidRPr="004E2F15" w:rsidRDefault="00475325">
      <w:pPr>
        <w:pStyle w:val="Titolo2"/>
        <w:rPr>
          <w:color w:val="auto"/>
          <w:lang w:val="it-IT"/>
        </w:rPr>
      </w:pPr>
      <w:r w:rsidRPr="004E2F15">
        <w:rPr>
          <w:color w:val="auto"/>
          <w:lang w:val="it-IT"/>
        </w:rPr>
        <w:t>PRECISAZIONE SUI REQUISITI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Non sono richieste né dichiarate esperienze pregresse dell’ETS, anzianità di attività, servizi precedentemente svol</w:t>
      </w:r>
      <w:r w:rsidRPr="004E2F15">
        <w:rPr>
          <w:lang w:val="it-IT"/>
        </w:rPr>
        <w:t>ti o rapporti pregressi con pubbliche amministrazioni. Non è richiesto alcun requisito di esperienza al capofila del raggruppamento.</w:t>
      </w:r>
    </w:p>
    <w:p w:rsidR="00652BE0" w:rsidRPr="004E2F15" w:rsidRDefault="00475325">
      <w:pPr>
        <w:pStyle w:val="Titolo2"/>
        <w:rPr>
          <w:color w:val="auto"/>
          <w:lang w:val="it-IT"/>
        </w:rPr>
      </w:pPr>
      <w:r w:rsidRPr="004E2F15">
        <w:rPr>
          <w:color w:val="auto"/>
          <w:lang w:val="it-IT"/>
        </w:rPr>
        <w:t>DOCUMENTI ALLEGATI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☐</w:t>
      </w:r>
      <w:r w:rsidRPr="004E2F15">
        <w:rPr>
          <w:lang w:val="it-IT"/>
        </w:rPr>
        <w:t xml:space="preserve"> Proposta progettuale (Allegato B)</w:t>
      </w:r>
      <w:r w:rsidRPr="004E2F15">
        <w:rPr>
          <w:lang w:val="it-IT"/>
        </w:rPr>
        <w:br/>
        <w:t>☐ Proposta di budget e apporti (Allegato C)</w:t>
      </w:r>
      <w:r w:rsidRPr="004E2F15">
        <w:rPr>
          <w:lang w:val="it-IT"/>
        </w:rPr>
        <w:br/>
        <w:t>☐ Dichiarazione congiunt</w:t>
      </w:r>
      <w:r w:rsidRPr="004E2F15">
        <w:rPr>
          <w:lang w:val="it-IT"/>
        </w:rPr>
        <w:t>a per raggruppamento (Allegato D, se pertinente)</w:t>
      </w:r>
      <w:r w:rsidRPr="004E2F15">
        <w:rPr>
          <w:lang w:val="it-IT"/>
        </w:rPr>
        <w:br/>
        <w:t>☐ Documento di identità del sottoscrittore, ove necessario in relazione alla modalità di sottoscrizione</w:t>
      </w:r>
      <w:r w:rsidRPr="004E2F15">
        <w:rPr>
          <w:lang w:val="it-IT"/>
        </w:rPr>
        <w:br/>
        <w:t>☐ Eventuale procura o titolo di rappresentanza, se pertinente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Luogo _________________</w:t>
      </w:r>
      <w:proofErr w:type="gramStart"/>
      <w:r w:rsidRPr="004E2F15">
        <w:rPr>
          <w:lang w:val="it-IT"/>
        </w:rPr>
        <w:t>_  Data</w:t>
      </w:r>
      <w:proofErr w:type="gramEnd"/>
      <w:r w:rsidRPr="004E2F15">
        <w:rPr>
          <w:lang w:val="it-IT"/>
        </w:rPr>
        <w:t xml:space="preserve"> __________</w:t>
      </w:r>
      <w:r w:rsidRPr="004E2F15">
        <w:rPr>
          <w:lang w:val="it-IT"/>
        </w:rPr>
        <w:t>________</w:t>
      </w:r>
    </w:p>
    <w:p w:rsidR="00652BE0" w:rsidRPr="004E2F15" w:rsidRDefault="00475325">
      <w:pPr>
        <w:rPr>
          <w:lang w:val="it-IT"/>
        </w:rPr>
      </w:pPr>
      <w:r w:rsidRPr="004E2F15">
        <w:rPr>
          <w:lang w:val="it-IT"/>
        </w:rPr>
        <w:t>Firma del legale rappresentante __________________________________________</w:t>
      </w:r>
      <w:r w:rsidRPr="004E2F15">
        <w:rPr>
          <w:lang w:val="it-IT"/>
        </w:rPr>
        <w:br/>
        <w:t>(sottoscrizione digitale o altra modalità legalmente valida ai sensi dell’avviso)</w:t>
      </w:r>
    </w:p>
    <w:p w:rsidR="00652BE0" w:rsidRPr="004E2F15" w:rsidRDefault="00475325">
      <w:r w:rsidRPr="004E2F15">
        <w:rPr>
          <w:lang w:val="it-IT"/>
        </w:rPr>
        <w:t xml:space="preserve">Nota: in caso di raggruppamento, il presente modello deve essere compilato da ciascun ETS </w:t>
      </w:r>
      <w:r w:rsidRPr="004E2F15">
        <w:rPr>
          <w:lang w:val="it-IT"/>
        </w:rPr>
        <w:t xml:space="preserve">partecipante. </w:t>
      </w:r>
      <w:r w:rsidRPr="004E2F15">
        <w:t>Non inserire dati personali di minori nella domanda.</w:t>
      </w:r>
    </w:p>
    <w:sectPr w:rsidR="00652BE0" w:rsidRPr="004E2F15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5325" w:rsidRDefault="00475325">
      <w:pPr>
        <w:spacing w:after="0" w:line="240" w:lineRule="auto"/>
      </w:pPr>
      <w:r>
        <w:separator/>
      </w:r>
    </w:p>
  </w:endnote>
  <w:endnote w:type="continuationSeparator" w:id="0">
    <w:p w:rsidR="00475325" w:rsidRDefault="0047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5325" w:rsidRDefault="00475325">
      <w:pPr>
        <w:spacing w:after="0" w:line="240" w:lineRule="auto"/>
      </w:pPr>
      <w:r>
        <w:separator/>
      </w:r>
    </w:p>
  </w:footnote>
  <w:footnote w:type="continuationSeparator" w:id="0">
    <w:p w:rsidR="00475325" w:rsidRDefault="0047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5325"/>
    <w:rsid w:val="004E2F15"/>
    <w:rsid w:val="00652B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4B3A008-8179-4DB7-98BE-AA9C08D7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71787-3D15-40B5-B4BF-73F9D1C62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Valinor srl</cp:lastModifiedBy>
  <cp:revision>2</cp:revision>
  <dcterms:created xsi:type="dcterms:W3CDTF">2013-12-23T23:15:00Z</dcterms:created>
  <dcterms:modified xsi:type="dcterms:W3CDTF">2026-11-05T15:00:00Z</dcterms:modified>
  <cp:category/>
</cp:coreProperties>
</file>